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>
      <w:pPr>
        <w:pStyle w:val="Title"/>
      </w:pPr>
      <w:r>
        <w:t>Professional Portfolio Example</w:t>
        <w:br/>
      </w:r>
    </w:p>
    <w:p>
      <w:pPr/>
      <w:r>
        <w:t>Student Name: Example Learner</w:t>
        <w:br/>
        <w:t>Course: Digital Development</w:t>
        <w:br/>
        <w:t>Date: 2025</w:t>
        <w:br/>
      </w:r>
    </w:p>
    <w:p>
      <w:r>
        <w:br w:type="page"/>
      </w:r>
    </w:p>
    <w:p>
      <w:r>
        <w:fldSimple w:instr="TOC \o &quot;1-2&quot; \h \z \u"/>
      </w:r>
    </w:p>
    <w:p>
      <w:r>
        <w:br w:type="page"/>
      </w:r>
    </w:p>
    <w:p>
      <w:pPr>
        <w:pStyle w:val="Heading1"/>
      </w:pPr>
      <w:r>
        <w:t>Introduction</w:t>
      </w:r>
    </w:p>
    <w:p>
      <w:pPr/>
      <w:r>
        <w:t>This portfolio demonstrates the use of Microsoft Word styles and a Table of Contents.</w:t>
      </w:r>
    </w:p>
    <w:p/>
    <w:p>
      <w:pPr>
        <w:pStyle w:val="Heading1"/>
      </w:pPr>
      <w:r>
        <w:t>Project Overview</w:t>
      </w:r>
    </w:p>
    <w:p>
      <w:pPr/>
      <w:r>
        <w:t>This section includes an overview of the project work completed.</w:t>
      </w:r>
    </w:p>
    <w:p/>
    <w:p>
      <w:pPr>
        <w:pStyle w:val="Heading1"/>
      </w:pPr>
      <w:r>
        <w:t>Methodology</w:t>
      </w:r>
    </w:p>
    <w:p>
      <w:pPr/>
      <w:r>
        <w:t>Details of the development process, tools used, and structure.</w:t>
      </w:r>
    </w:p>
    <w:p/>
    <w:p>
      <w:pPr>
        <w:pStyle w:val="Heading1"/>
      </w:pPr>
      <w:r>
        <w:t>Results &amp; Evidence</w:t>
      </w:r>
    </w:p>
    <w:p>
      <w:pPr/>
      <w:r>
        <w:t>Screenshots, written evidence, and work samples.</w:t>
      </w:r>
    </w:p>
    <w:p/>
    <w:p>
      <w:pPr>
        <w:pStyle w:val="Heading1"/>
      </w:pPr>
      <w:r>
        <w:t>Evaluation &amp; Reflection</w:t>
      </w:r>
    </w:p>
    <w:p>
      <w:pPr/>
      <w:r>
        <w:t>Reflection on learning and skills developed.</w:t>
      </w:r>
    </w:p>
    <w:p/>
    <w:p>
      <w:pPr>
        <w:pStyle w:val="Heading1"/>
      </w:pPr>
      <w:r>
        <w:t>Appendices</w:t>
      </w:r>
    </w:p>
    <w:p>
      <w:pPr/>
      <w:r>
        <w:t>Additional supporting documents, references, and evidence.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